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72BE6" w14:textId="3554529B" w:rsidR="00280D3F" w:rsidRDefault="00280D3F">
      <w:pPr>
        <w:spacing w:after="40"/>
        <w:jc w:val="center"/>
        <w:rPr>
          <w:rFonts w:ascii="Aptos Display" w:hAnsi="Aptos Display"/>
          <w:b/>
          <w:sz w:val="38"/>
        </w:rPr>
      </w:pPr>
      <w:r w:rsidRPr="00280D3F">
        <w:rPr>
          <w:rFonts w:ascii="Aptos Display" w:hAnsi="Aptos Display"/>
          <w:b/>
          <w:color w:val="92D400"/>
          <w:sz w:val="40"/>
        </w:rPr>
        <w:drawing>
          <wp:anchor distT="0" distB="0" distL="114300" distR="114300" simplePos="0" relativeHeight="251658240" behindDoc="0" locked="0" layoutInCell="1" allowOverlap="1" wp14:anchorId="72AD2A5C" wp14:editId="7EF1E45D">
            <wp:simplePos x="0" y="0"/>
            <wp:positionH relativeFrom="margin">
              <wp:align>center</wp:align>
            </wp:positionH>
            <wp:positionV relativeFrom="paragraph">
              <wp:posOffset>132</wp:posOffset>
            </wp:positionV>
            <wp:extent cx="1269241" cy="634621"/>
            <wp:effectExtent l="0" t="0" r="7620" b="0"/>
            <wp:wrapSquare wrapText="bothSides"/>
            <wp:docPr id="12055954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241" cy="63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CC7F95" w14:textId="69607ACF" w:rsidR="00280D3F" w:rsidRDefault="00280D3F">
      <w:pPr>
        <w:spacing w:after="40"/>
        <w:jc w:val="center"/>
        <w:rPr>
          <w:rFonts w:ascii="Aptos Display" w:hAnsi="Aptos Display"/>
          <w:b/>
          <w:sz w:val="38"/>
        </w:rPr>
      </w:pPr>
    </w:p>
    <w:p w14:paraId="7FEDC39F" w14:textId="49A2AC37" w:rsidR="005400D4" w:rsidRDefault="00F845CC" w:rsidP="00280D3F">
      <w:pPr>
        <w:spacing w:after="40"/>
        <w:jc w:val="center"/>
      </w:pPr>
      <w:r>
        <w:rPr>
          <w:rFonts w:ascii="Aptos Display" w:hAnsi="Aptos Display"/>
          <w:b/>
          <w:sz w:val="38"/>
        </w:rPr>
        <w:t>A</w:t>
      </w:r>
      <w:r>
        <w:rPr>
          <w:rFonts w:ascii="Aptos Display" w:hAnsi="Aptos Display"/>
          <w:b/>
          <w:sz w:val="38"/>
        </w:rPr>
        <w:t>pparel Order Missing Information Form</w:t>
      </w:r>
    </w:p>
    <w:p w14:paraId="5F76A7D1" w14:textId="77777777" w:rsidR="005400D4" w:rsidRDefault="00F845CC">
      <w:pPr>
        <w:spacing w:after="100"/>
        <w:jc w:val="center"/>
      </w:pPr>
      <w:r>
        <w:rPr>
          <w:i/>
          <w:color w:val="666666"/>
          <w:sz w:val="18"/>
        </w:rPr>
        <w:t>Complete only the information that was missing or unclear on your purchase order.</w:t>
      </w:r>
    </w:p>
    <w:tbl>
      <w:tblPr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5400D4" w14:paraId="74817CF8" w14:textId="77777777">
        <w:trPr>
          <w:cantSplit/>
          <w:trHeight w:val="461"/>
          <w:jc w:val="center"/>
        </w:trPr>
        <w:tc>
          <w:tcPr>
            <w:tcW w:w="26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610DCE8" w14:textId="77777777" w:rsidR="005400D4" w:rsidRDefault="00F845CC">
            <w:pPr>
              <w:spacing w:after="0"/>
            </w:pPr>
            <w:r>
              <w:rPr>
                <w:b/>
                <w:color w:val="FFFFFF"/>
                <w:sz w:val="16"/>
              </w:rPr>
              <w:t>Customer / Company</w:t>
            </w:r>
          </w:p>
        </w:tc>
        <w:tc>
          <w:tcPr>
            <w:tcW w:w="26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FF7A446" w14:textId="77777777" w:rsidR="005400D4" w:rsidRDefault="005400D4">
            <w:pPr>
              <w:spacing w:after="0"/>
            </w:pPr>
          </w:p>
        </w:tc>
        <w:tc>
          <w:tcPr>
            <w:tcW w:w="26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65CBCC" w14:textId="77777777" w:rsidR="005400D4" w:rsidRDefault="00F845CC">
            <w:pPr>
              <w:spacing w:after="0"/>
            </w:pPr>
            <w:r>
              <w:rPr>
                <w:b/>
                <w:color w:val="FFFFFF"/>
                <w:sz w:val="16"/>
              </w:rPr>
              <w:t>PO #</w:t>
            </w:r>
          </w:p>
        </w:tc>
        <w:tc>
          <w:tcPr>
            <w:tcW w:w="26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E483E0E" w14:textId="77777777" w:rsidR="005400D4" w:rsidRDefault="005400D4">
            <w:pPr>
              <w:spacing w:after="0"/>
            </w:pPr>
          </w:p>
        </w:tc>
      </w:tr>
      <w:tr w:rsidR="005400D4" w14:paraId="71AF285D" w14:textId="77777777">
        <w:trPr>
          <w:cantSplit/>
          <w:trHeight w:val="461"/>
          <w:jc w:val="center"/>
        </w:trPr>
        <w:tc>
          <w:tcPr>
            <w:tcW w:w="26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6A426CA" w14:textId="77777777" w:rsidR="005400D4" w:rsidRDefault="00F845CC">
            <w:pPr>
              <w:spacing w:after="0"/>
            </w:pPr>
            <w:r>
              <w:rPr>
                <w:b/>
                <w:color w:val="FFFFFF"/>
                <w:sz w:val="16"/>
              </w:rPr>
              <w:t>Contact Name</w:t>
            </w:r>
          </w:p>
        </w:tc>
        <w:tc>
          <w:tcPr>
            <w:tcW w:w="26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270CE0E" w14:textId="77777777" w:rsidR="005400D4" w:rsidRDefault="005400D4">
            <w:pPr>
              <w:spacing w:after="0"/>
            </w:pPr>
          </w:p>
        </w:tc>
        <w:tc>
          <w:tcPr>
            <w:tcW w:w="26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C9DAB2E" w14:textId="77777777" w:rsidR="005400D4" w:rsidRDefault="00F845CC">
            <w:pPr>
              <w:spacing w:after="0"/>
            </w:pPr>
            <w:r>
              <w:rPr>
                <w:b/>
                <w:color w:val="FFFFFF"/>
                <w:sz w:val="16"/>
              </w:rPr>
              <w:t>Email / Phone</w:t>
            </w:r>
          </w:p>
        </w:tc>
        <w:tc>
          <w:tcPr>
            <w:tcW w:w="26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7BCD11E" w14:textId="77777777" w:rsidR="005400D4" w:rsidRDefault="005400D4">
            <w:pPr>
              <w:spacing w:after="0"/>
            </w:pPr>
          </w:p>
        </w:tc>
      </w:tr>
      <w:tr w:rsidR="005400D4" w14:paraId="5C1FB247" w14:textId="77777777">
        <w:trPr>
          <w:cantSplit/>
          <w:trHeight w:val="432"/>
          <w:jc w:val="center"/>
        </w:trPr>
        <w:tc>
          <w:tcPr>
            <w:tcW w:w="10656" w:type="dxa"/>
            <w:gridSpan w:val="4"/>
            <w:tcBorders>
              <w:top w:val="single" w:sz="6" w:space="0" w:color="92D400"/>
              <w:left w:val="single" w:sz="6" w:space="0" w:color="92D400"/>
              <w:bottom w:val="single" w:sz="6" w:space="0" w:color="92D400"/>
              <w:right w:val="single" w:sz="6" w:space="0" w:color="92D400"/>
            </w:tcBorders>
            <w:shd w:val="clear" w:color="auto" w:fill="92D40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7AC6807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8"/>
              </w:rPr>
              <w:t>1. GARMENT / ITEM DETAILS AND SIZE BREAKDOWN</w:t>
            </w:r>
          </w:p>
        </w:tc>
      </w:tr>
    </w:tbl>
    <w:p w14:paraId="4707308C" w14:textId="77777777" w:rsidR="005400D4" w:rsidRDefault="00F845CC">
      <w:pPr>
        <w:spacing w:before="20" w:after="40"/>
      </w:pPr>
      <w:r>
        <w:rPr>
          <w:color w:val="666666"/>
          <w:sz w:val="15"/>
        </w:rPr>
        <w:t>Enter each style/color on its own row. Size columns mirror the quantity breakdown used on invoice #37413.</w:t>
      </w:r>
    </w:p>
    <w:tbl>
      <w:tblPr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884"/>
        <w:gridCol w:w="793"/>
        <w:gridCol w:w="839"/>
        <w:gridCol w:w="718"/>
        <w:gridCol w:w="718"/>
        <w:gridCol w:w="718"/>
        <w:gridCol w:w="718"/>
        <w:gridCol w:w="718"/>
        <w:gridCol w:w="718"/>
        <w:gridCol w:w="718"/>
        <w:gridCol w:w="718"/>
        <w:gridCol w:w="718"/>
        <w:gridCol w:w="809"/>
        <w:gridCol w:w="869"/>
      </w:tblGrid>
      <w:tr w:rsidR="005400D4" w14:paraId="3AFF583C" w14:textId="77777777">
        <w:trPr>
          <w:cantSplit/>
          <w:trHeight w:val="461"/>
          <w:jc w:val="center"/>
        </w:trPr>
        <w:tc>
          <w:tcPr>
            <w:tcW w:w="8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9DE5421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Item / Style</w:t>
            </w:r>
          </w:p>
        </w:tc>
        <w:tc>
          <w:tcPr>
            <w:tcW w:w="8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14E7E0E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w="8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B46D9E5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Color</w:t>
            </w: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821F4DF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XS</w:t>
            </w: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9BBB7DA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</w:t>
            </w: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188D972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M</w:t>
            </w: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A0ACD8C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L</w:t>
            </w: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7C333F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XL</w:t>
            </w: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6C6EB5A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2XL</w:t>
            </w: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83FB203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3XL</w:t>
            </w: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E9D0086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4XL</w:t>
            </w: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829C995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5XL</w:t>
            </w:r>
          </w:p>
        </w:tc>
        <w:tc>
          <w:tcPr>
            <w:tcW w:w="81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62715BF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Other</w:t>
            </w:r>
          </w:p>
        </w:tc>
        <w:tc>
          <w:tcPr>
            <w:tcW w:w="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47A1833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5400D4" w14:paraId="32639B25" w14:textId="77777777">
        <w:trPr>
          <w:cantSplit/>
          <w:trHeight w:val="360"/>
          <w:jc w:val="center"/>
        </w:trPr>
        <w:tc>
          <w:tcPr>
            <w:tcW w:w="8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0E8CB5D" w14:textId="77777777" w:rsidR="005400D4" w:rsidRDefault="005400D4">
            <w:pPr>
              <w:spacing w:after="0"/>
              <w:jc w:val="center"/>
            </w:pPr>
          </w:p>
        </w:tc>
        <w:tc>
          <w:tcPr>
            <w:tcW w:w="8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DCE9942" w14:textId="77777777" w:rsidR="005400D4" w:rsidRDefault="005400D4">
            <w:pPr>
              <w:spacing w:after="0"/>
              <w:jc w:val="center"/>
            </w:pPr>
          </w:p>
        </w:tc>
        <w:tc>
          <w:tcPr>
            <w:tcW w:w="8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9DA5729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84EA618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46DDA0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B14D84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DF7ADAD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1CE8ED3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C4A31B5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561CCA9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F55C6B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6E7335D" w14:textId="77777777" w:rsidR="005400D4" w:rsidRDefault="005400D4">
            <w:pPr>
              <w:spacing w:after="0"/>
              <w:jc w:val="center"/>
            </w:pPr>
          </w:p>
        </w:tc>
        <w:tc>
          <w:tcPr>
            <w:tcW w:w="81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EAA3CFE" w14:textId="77777777" w:rsidR="005400D4" w:rsidRDefault="005400D4">
            <w:pPr>
              <w:spacing w:after="0"/>
              <w:jc w:val="center"/>
            </w:pPr>
          </w:p>
        </w:tc>
        <w:tc>
          <w:tcPr>
            <w:tcW w:w="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F2BDAF" w14:textId="77777777" w:rsidR="005400D4" w:rsidRDefault="005400D4">
            <w:pPr>
              <w:spacing w:after="0"/>
              <w:jc w:val="center"/>
            </w:pPr>
          </w:p>
        </w:tc>
      </w:tr>
      <w:tr w:rsidR="005400D4" w14:paraId="5A149B45" w14:textId="77777777">
        <w:trPr>
          <w:cantSplit/>
          <w:trHeight w:val="360"/>
          <w:jc w:val="center"/>
        </w:trPr>
        <w:tc>
          <w:tcPr>
            <w:tcW w:w="8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243B99A" w14:textId="77777777" w:rsidR="005400D4" w:rsidRDefault="005400D4">
            <w:pPr>
              <w:spacing w:after="0"/>
              <w:jc w:val="center"/>
            </w:pPr>
          </w:p>
        </w:tc>
        <w:tc>
          <w:tcPr>
            <w:tcW w:w="8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B3416A5" w14:textId="77777777" w:rsidR="005400D4" w:rsidRDefault="005400D4">
            <w:pPr>
              <w:spacing w:after="0"/>
              <w:jc w:val="center"/>
            </w:pPr>
          </w:p>
        </w:tc>
        <w:tc>
          <w:tcPr>
            <w:tcW w:w="8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8559FA4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DA3F68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BF30AE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3BB4A06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3136E3E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7924DA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187A15A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45D196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08643CE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9E40748" w14:textId="77777777" w:rsidR="005400D4" w:rsidRDefault="005400D4">
            <w:pPr>
              <w:spacing w:after="0"/>
              <w:jc w:val="center"/>
            </w:pPr>
          </w:p>
        </w:tc>
        <w:tc>
          <w:tcPr>
            <w:tcW w:w="81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BF84002" w14:textId="77777777" w:rsidR="005400D4" w:rsidRDefault="005400D4">
            <w:pPr>
              <w:spacing w:after="0"/>
              <w:jc w:val="center"/>
            </w:pPr>
          </w:p>
        </w:tc>
        <w:tc>
          <w:tcPr>
            <w:tcW w:w="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DBC40F4" w14:textId="77777777" w:rsidR="005400D4" w:rsidRDefault="005400D4">
            <w:pPr>
              <w:spacing w:after="0"/>
              <w:jc w:val="center"/>
            </w:pPr>
          </w:p>
        </w:tc>
      </w:tr>
      <w:tr w:rsidR="005400D4" w14:paraId="062BCF69" w14:textId="77777777">
        <w:trPr>
          <w:cantSplit/>
          <w:trHeight w:val="360"/>
          <w:jc w:val="center"/>
        </w:trPr>
        <w:tc>
          <w:tcPr>
            <w:tcW w:w="8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3957C9B" w14:textId="77777777" w:rsidR="005400D4" w:rsidRDefault="005400D4">
            <w:pPr>
              <w:spacing w:after="0"/>
              <w:jc w:val="center"/>
            </w:pPr>
          </w:p>
        </w:tc>
        <w:tc>
          <w:tcPr>
            <w:tcW w:w="8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8DA3EA4" w14:textId="77777777" w:rsidR="005400D4" w:rsidRDefault="005400D4">
            <w:pPr>
              <w:spacing w:after="0"/>
              <w:jc w:val="center"/>
            </w:pPr>
          </w:p>
        </w:tc>
        <w:tc>
          <w:tcPr>
            <w:tcW w:w="8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7A20ED7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F203249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135EEBE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D14A8CB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C9C4F50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39B6230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12B922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8552431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5A59A5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62DF3DF" w14:textId="77777777" w:rsidR="005400D4" w:rsidRDefault="005400D4">
            <w:pPr>
              <w:spacing w:after="0"/>
              <w:jc w:val="center"/>
            </w:pPr>
          </w:p>
        </w:tc>
        <w:tc>
          <w:tcPr>
            <w:tcW w:w="81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BF17F43" w14:textId="77777777" w:rsidR="005400D4" w:rsidRDefault="005400D4">
            <w:pPr>
              <w:spacing w:after="0"/>
              <w:jc w:val="center"/>
            </w:pPr>
          </w:p>
        </w:tc>
        <w:tc>
          <w:tcPr>
            <w:tcW w:w="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AAC1199" w14:textId="77777777" w:rsidR="005400D4" w:rsidRDefault="005400D4">
            <w:pPr>
              <w:spacing w:after="0"/>
              <w:jc w:val="center"/>
            </w:pPr>
          </w:p>
        </w:tc>
      </w:tr>
      <w:tr w:rsidR="005400D4" w14:paraId="6E9A3DDB" w14:textId="77777777">
        <w:trPr>
          <w:cantSplit/>
          <w:trHeight w:val="360"/>
          <w:jc w:val="center"/>
        </w:trPr>
        <w:tc>
          <w:tcPr>
            <w:tcW w:w="8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9C0A4CB" w14:textId="77777777" w:rsidR="005400D4" w:rsidRDefault="005400D4">
            <w:pPr>
              <w:spacing w:after="0"/>
              <w:jc w:val="center"/>
            </w:pPr>
          </w:p>
        </w:tc>
        <w:tc>
          <w:tcPr>
            <w:tcW w:w="8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7EDBAF" w14:textId="77777777" w:rsidR="005400D4" w:rsidRDefault="005400D4">
            <w:pPr>
              <w:spacing w:after="0"/>
              <w:jc w:val="center"/>
            </w:pPr>
          </w:p>
        </w:tc>
        <w:tc>
          <w:tcPr>
            <w:tcW w:w="84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3BE9D8A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2AEB695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9F7149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C9BA71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4022804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1C5E64F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0216222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BBE6861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2B7034A" w14:textId="77777777" w:rsidR="005400D4" w:rsidRDefault="005400D4">
            <w:pPr>
              <w:spacing w:after="0"/>
              <w:jc w:val="center"/>
            </w:pPr>
          </w:p>
        </w:tc>
        <w:tc>
          <w:tcPr>
            <w:tcW w:w="72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20622FE" w14:textId="77777777" w:rsidR="005400D4" w:rsidRDefault="005400D4">
            <w:pPr>
              <w:spacing w:after="0"/>
              <w:jc w:val="center"/>
            </w:pPr>
          </w:p>
        </w:tc>
        <w:tc>
          <w:tcPr>
            <w:tcW w:w="81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07966E0" w14:textId="77777777" w:rsidR="005400D4" w:rsidRDefault="005400D4">
            <w:pPr>
              <w:spacing w:after="0"/>
              <w:jc w:val="center"/>
            </w:pPr>
          </w:p>
        </w:tc>
        <w:tc>
          <w:tcPr>
            <w:tcW w:w="75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7F7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6CA245" w14:textId="77777777" w:rsidR="005400D4" w:rsidRDefault="005400D4">
            <w:pPr>
              <w:spacing w:after="0"/>
              <w:jc w:val="center"/>
            </w:pPr>
          </w:p>
        </w:tc>
      </w:tr>
      <w:tr w:rsidR="005400D4" w14:paraId="65EB05C6" w14:textId="77777777">
        <w:trPr>
          <w:cantSplit/>
          <w:trHeight w:val="418"/>
          <w:jc w:val="center"/>
        </w:trPr>
        <w:tc>
          <w:tcPr>
            <w:tcW w:w="5328" w:type="dxa"/>
            <w:gridSpan w:val="7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E43E016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Web Link / Vendor SKU</w:t>
            </w:r>
          </w:p>
        </w:tc>
        <w:tc>
          <w:tcPr>
            <w:tcW w:w="5328" w:type="dxa"/>
            <w:gridSpan w:val="7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F88AA0" w14:textId="77777777" w:rsidR="005400D4" w:rsidRDefault="005400D4">
            <w:pPr>
              <w:spacing w:after="0"/>
            </w:pPr>
          </w:p>
        </w:tc>
      </w:tr>
      <w:tr w:rsidR="005400D4" w14:paraId="46F4EFFD" w14:textId="77777777">
        <w:trPr>
          <w:cantSplit/>
          <w:trHeight w:val="418"/>
          <w:jc w:val="center"/>
        </w:trPr>
        <w:tc>
          <w:tcPr>
            <w:tcW w:w="5328" w:type="dxa"/>
            <w:gridSpan w:val="7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4495B45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Promo Item (if applicable)</w:t>
            </w:r>
          </w:p>
        </w:tc>
        <w:tc>
          <w:tcPr>
            <w:tcW w:w="5328" w:type="dxa"/>
            <w:gridSpan w:val="7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D3F0D7B" w14:textId="77777777" w:rsidR="005400D4" w:rsidRDefault="005400D4">
            <w:pPr>
              <w:spacing w:after="0"/>
            </w:pPr>
          </w:p>
        </w:tc>
      </w:tr>
      <w:tr w:rsidR="005400D4" w14:paraId="62EFE2AB" w14:textId="77777777">
        <w:trPr>
          <w:cantSplit/>
          <w:trHeight w:val="432"/>
          <w:jc w:val="center"/>
        </w:trPr>
        <w:tc>
          <w:tcPr>
            <w:tcW w:w="10656" w:type="dxa"/>
            <w:gridSpan w:val="14"/>
            <w:tcBorders>
              <w:top w:val="single" w:sz="6" w:space="0" w:color="92D400"/>
              <w:left w:val="single" w:sz="6" w:space="0" w:color="92D400"/>
              <w:bottom w:val="single" w:sz="6" w:space="0" w:color="92D400"/>
              <w:right w:val="single" w:sz="6" w:space="0" w:color="92D400"/>
            </w:tcBorders>
            <w:shd w:val="clear" w:color="auto" w:fill="92D40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DA7A19D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8"/>
              </w:rPr>
              <w:t>2. DECORATION REQUIREMENTS</w:t>
            </w:r>
          </w:p>
        </w:tc>
      </w:tr>
    </w:tbl>
    <w:p w14:paraId="27D7A3C6" w14:textId="77777777" w:rsidR="005400D4" w:rsidRDefault="00F845CC">
      <w:pPr>
        <w:spacing w:before="20" w:after="40"/>
      </w:pPr>
      <w:r>
        <w:rPr>
          <w:color w:val="666666"/>
          <w:sz w:val="15"/>
        </w:rPr>
        <w:t>List each decoration location separately when artwork, method, or colors differ.</w:t>
      </w:r>
    </w:p>
    <w:tbl>
      <w:tblPr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2131"/>
        <w:gridCol w:w="1066"/>
        <w:gridCol w:w="1065"/>
        <w:gridCol w:w="2131"/>
        <w:gridCol w:w="2132"/>
      </w:tblGrid>
      <w:tr w:rsidR="005400D4" w14:paraId="1100BBDD" w14:textId="77777777">
        <w:trPr>
          <w:cantSplit/>
          <w:trHeight w:val="490"/>
          <w:jc w:val="center"/>
        </w:trPr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6B29AC1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Line</w:t>
            </w: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CE79DF3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Decoration Location</w:t>
            </w:r>
          </w:p>
        </w:tc>
        <w:tc>
          <w:tcPr>
            <w:tcW w:w="2131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CA36A30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Method</w:t>
            </w: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42D9764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Artwork / Design Name</w:t>
            </w: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415BD02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Color / PMS / Thread Requirements</w:t>
            </w:r>
          </w:p>
        </w:tc>
      </w:tr>
      <w:tr w:rsidR="005400D4" w14:paraId="6D90B4C8" w14:textId="77777777">
        <w:trPr>
          <w:cantSplit/>
          <w:trHeight w:val="389"/>
          <w:jc w:val="center"/>
        </w:trPr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433C15C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1B1B1B"/>
                <w:sz w:val="15"/>
              </w:rPr>
              <w:t>1</w:t>
            </w: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08DC97A" w14:textId="77777777" w:rsidR="005400D4" w:rsidRDefault="005400D4">
            <w:pPr>
              <w:spacing w:after="0"/>
            </w:pPr>
          </w:p>
        </w:tc>
        <w:tc>
          <w:tcPr>
            <w:tcW w:w="2131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772C1B" w14:textId="77777777" w:rsidR="005400D4" w:rsidRDefault="005400D4">
            <w:pPr>
              <w:spacing w:after="0"/>
            </w:pP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8E3D908" w14:textId="77777777" w:rsidR="005400D4" w:rsidRDefault="005400D4">
            <w:pPr>
              <w:spacing w:after="0"/>
            </w:pP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809DDDA" w14:textId="77777777" w:rsidR="005400D4" w:rsidRDefault="005400D4">
            <w:pPr>
              <w:spacing w:after="0"/>
            </w:pPr>
          </w:p>
        </w:tc>
      </w:tr>
      <w:tr w:rsidR="005400D4" w14:paraId="3D5B65F2" w14:textId="77777777">
        <w:trPr>
          <w:cantSplit/>
          <w:trHeight w:val="389"/>
          <w:jc w:val="center"/>
        </w:trPr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3744C86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1B1B1B"/>
                <w:sz w:val="15"/>
              </w:rPr>
              <w:t>2</w:t>
            </w: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FA891DC" w14:textId="77777777" w:rsidR="005400D4" w:rsidRDefault="005400D4">
            <w:pPr>
              <w:spacing w:after="0"/>
            </w:pPr>
          </w:p>
        </w:tc>
        <w:tc>
          <w:tcPr>
            <w:tcW w:w="2131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0F09552" w14:textId="77777777" w:rsidR="005400D4" w:rsidRDefault="005400D4">
            <w:pPr>
              <w:spacing w:after="0"/>
            </w:pP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89D0996" w14:textId="77777777" w:rsidR="005400D4" w:rsidRDefault="005400D4">
            <w:pPr>
              <w:spacing w:after="0"/>
            </w:pP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B858C12" w14:textId="77777777" w:rsidR="005400D4" w:rsidRDefault="005400D4">
            <w:pPr>
              <w:spacing w:after="0"/>
            </w:pPr>
          </w:p>
        </w:tc>
      </w:tr>
      <w:tr w:rsidR="005400D4" w14:paraId="51813903" w14:textId="77777777">
        <w:trPr>
          <w:cantSplit/>
          <w:trHeight w:val="389"/>
          <w:jc w:val="center"/>
        </w:trPr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662B71C" w14:textId="77777777" w:rsidR="005400D4" w:rsidRDefault="00F845CC">
            <w:pPr>
              <w:spacing w:after="0"/>
              <w:jc w:val="center"/>
            </w:pPr>
            <w:r>
              <w:rPr>
                <w:b/>
                <w:color w:val="1B1B1B"/>
                <w:sz w:val="15"/>
              </w:rPr>
              <w:t>3</w:t>
            </w: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417AC8D" w14:textId="77777777" w:rsidR="005400D4" w:rsidRDefault="005400D4">
            <w:pPr>
              <w:spacing w:after="0"/>
            </w:pPr>
          </w:p>
        </w:tc>
        <w:tc>
          <w:tcPr>
            <w:tcW w:w="2131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436EF8" w14:textId="77777777" w:rsidR="005400D4" w:rsidRDefault="005400D4">
            <w:pPr>
              <w:spacing w:after="0"/>
            </w:pP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050074" w14:textId="77777777" w:rsidR="005400D4" w:rsidRDefault="005400D4">
            <w:pPr>
              <w:spacing w:after="0"/>
            </w:pPr>
          </w:p>
        </w:tc>
        <w:tc>
          <w:tcPr>
            <w:tcW w:w="21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BEF2C3E" w14:textId="77777777" w:rsidR="005400D4" w:rsidRDefault="005400D4">
            <w:pPr>
              <w:spacing w:after="0"/>
            </w:pPr>
          </w:p>
        </w:tc>
      </w:tr>
      <w:tr w:rsidR="005400D4" w14:paraId="14B59821" w14:textId="77777777">
        <w:trPr>
          <w:cantSplit/>
          <w:trHeight w:val="389"/>
          <w:jc w:val="center"/>
        </w:trPr>
        <w:tc>
          <w:tcPr>
            <w:tcW w:w="5328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57516E8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4"/>
              </w:rPr>
              <w:t>Vector Art Available / Recreation Needed?</w:t>
            </w:r>
          </w:p>
        </w:tc>
        <w:tc>
          <w:tcPr>
            <w:tcW w:w="5328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7FCB4EC" w14:textId="77777777" w:rsidR="005400D4" w:rsidRDefault="005400D4">
            <w:pPr>
              <w:spacing w:after="0"/>
            </w:pPr>
          </w:p>
        </w:tc>
      </w:tr>
      <w:tr w:rsidR="005400D4" w14:paraId="25B6B425" w14:textId="77777777">
        <w:trPr>
          <w:cantSplit/>
          <w:trHeight w:val="389"/>
          <w:jc w:val="center"/>
        </w:trPr>
        <w:tc>
          <w:tcPr>
            <w:tcW w:w="5328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599EE07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4"/>
              </w:rPr>
              <w:t>Variable Data / Personalization</w:t>
            </w:r>
          </w:p>
        </w:tc>
        <w:tc>
          <w:tcPr>
            <w:tcW w:w="5328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D4D3352" w14:textId="77777777" w:rsidR="005400D4" w:rsidRDefault="005400D4">
            <w:pPr>
              <w:spacing w:after="0"/>
            </w:pPr>
          </w:p>
        </w:tc>
      </w:tr>
      <w:tr w:rsidR="005400D4" w14:paraId="199B2280" w14:textId="77777777">
        <w:trPr>
          <w:cantSplit/>
          <w:trHeight w:val="389"/>
          <w:jc w:val="center"/>
        </w:trPr>
        <w:tc>
          <w:tcPr>
            <w:tcW w:w="5328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D29C3BC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4"/>
              </w:rPr>
              <w:t>Other Art / Color Requirements</w:t>
            </w:r>
          </w:p>
        </w:tc>
        <w:tc>
          <w:tcPr>
            <w:tcW w:w="5328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646EA65" w14:textId="77777777" w:rsidR="005400D4" w:rsidRDefault="005400D4">
            <w:pPr>
              <w:spacing w:after="0"/>
            </w:pPr>
          </w:p>
        </w:tc>
      </w:tr>
    </w:tbl>
    <w:p w14:paraId="6F873B13" w14:textId="77777777" w:rsidR="005400D4" w:rsidRDefault="005400D4">
      <w:pPr>
        <w:pageBreakBefore/>
        <w:spacing w:after="0"/>
      </w:pPr>
    </w:p>
    <w:tbl>
      <w:tblPr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400D4" w14:paraId="34833FA0" w14:textId="77777777">
        <w:trPr>
          <w:cantSplit/>
          <w:trHeight w:val="432"/>
          <w:jc w:val="center"/>
        </w:trPr>
        <w:tc>
          <w:tcPr>
            <w:tcW w:w="10656" w:type="dxa"/>
            <w:gridSpan w:val="2"/>
            <w:tcBorders>
              <w:top w:val="single" w:sz="6" w:space="0" w:color="92D400"/>
              <w:left w:val="single" w:sz="6" w:space="0" w:color="92D400"/>
              <w:bottom w:val="single" w:sz="6" w:space="0" w:color="92D400"/>
              <w:right w:val="single" w:sz="6" w:space="0" w:color="92D400"/>
            </w:tcBorders>
            <w:shd w:val="clear" w:color="auto" w:fill="92D40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1F2390C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8"/>
              </w:rPr>
              <w:t>3. SHIPPING, TIMING AND FULFILLMENT</w:t>
            </w:r>
          </w:p>
        </w:tc>
      </w:tr>
      <w:tr w:rsidR="005400D4" w14:paraId="4D5390FA" w14:textId="77777777">
        <w:trPr>
          <w:cantSplit/>
          <w:trHeight w:val="44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2CB4CB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Pick Up / Shipping Address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0209728" w14:textId="77777777" w:rsidR="005400D4" w:rsidRDefault="005400D4">
            <w:pPr>
              <w:spacing w:after="0"/>
            </w:pPr>
          </w:p>
        </w:tc>
      </w:tr>
      <w:tr w:rsidR="005400D4" w14:paraId="1E6B2763" w14:textId="77777777">
        <w:trPr>
          <w:cantSplit/>
          <w:trHeight w:val="44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9EDB08C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Event or Firm In-Hands Date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9AA9A6" w14:textId="77777777" w:rsidR="005400D4" w:rsidRDefault="005400D4">
            <w:pPr>
              <w:spacing w:after="0"/>
            </w:pPr>
          </w:p>
        </w:tc>
      </w:tr>
      <w:tr w:rsidR="005400D4" w14:paraId="70E335A0" w14:textId="77777777">
        <w:trPr>
          <w:cantSplit/>
          <w:trHeight w:val="44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FD2D1E4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Fulfillment Needed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5CAD1E6" w14:textId="77777777" w:rsidR="005400D4" w:rsidRDefault="00F845CC">
            <w:pPr>
              <w:spacing w:after="0"/>
            </w:pPr>
            <w:r>
              <w:rPr>
                <w:color w:val="1B1B1B"/>
                <w:sz w:val="15"/>
              </w:rPr>
              <w:t>[ ] No    [ ] Yes - describe below</w:t>
            </w:r>
          </w:p>
        </w:tc>
      </w:tr>
      <w:tr w:rsidR="005400D4" w14:paraId="3ABD93B8" w14:textId="77777777">
        <w:trPr>
          <w:cantSplit/>
          <w:trHeight w:val="44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78D297E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Exact Quantity Required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D7DB60A" w14:textId="77777777" w:rsidR="005400D4" w:rsidRDefault="00F845CC">
            <w:pPr>
              <w:spacing w:after="0"/>
            </w:pPr>
            <w:r>
              <w:rPr>
                <w:color w:val="1B1B1B"/>
                <w:sz w:val="15"/>
              </w:rPr>
              <w:t>[ ] No    [ ] Yes</w:t>
            </w:r>
          </w:p>
        </w:tc>
      </w:tr>
      <w:tr w:rsidR="005400D4" w14:paraId="01543569" w14:textId="77777777">
        <w:trPr>
          <w:cantSplit/>
          <w:trHeight w:val="691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5D8DDE0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Special Packing / Labeling / Shipping Instructions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BC4A0A9" w14:textId="77777777" w:rsidR="005400D4" w:rsidRDefault="005400D4">
            <w:pPr>
              <w:spacing w:after="0"/>
            </w:pPr>
          </w:p>
        </w:tc>
      </w:tr>
      <w:tr w:rsidR="005400D4" w14:paraId="6E56F3C0" w14:textId="77777777">
        <w:trPr>
          <w:cantSplit/>
          <w:trHeight w:val="432"/>
          <w:jc w:val="center"/>
        </w:trPr>
        <w:tc>
          <w:tcPr>
            <w:tcW w:w="10656" w:type="dxa"/>
            <w:gridSpan w:val="2"/>
            <w:tcBorders>
              <w:top w:val="single" w:sz="6" w:space="0" w:color="92D400"/>
              <w:left w:val="single" w:sz="6" w:space="0" w:color="92D400"/>
              <w:bottom w:val="single" w:sz="6" w:space="0" w:color="92D400"/>
              <w:right w:val="single" w:sz="6" w:space="0" w:color="92D400"/>
            </w:tcBorders>
            <w:shd w:val="clear" w:color="auto" w:fill="92D40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691B199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8"/>
              </w:rPr>
              <w:t>4. CONTACT AND BILLING INFORMATION</w:t>
            </w:r>
          </w:p>
        </w:tc>
      </w:tr>
      <w:tr w:rsidR="005400D4" w14:paraId="6C1A5774" w14:textId="77777777">
        <w:trPr>
          <w:cantSplit/>
          <w:trHeight w:val="44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8D208CC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Quote / Art / Billing Contact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CA83587" w14:textId="77777777" w:rsidR="005400D4" w:rsidRDefault="00F845CC">
            <w:pPr>
              <w:spacing w:after="0"/>
            </w:pPr>
            <w:r>
              <w:rPr>
                <w:color w:val="1B1B1B"/>
                <w:sz w:val="15"/>
              </w:rPr>
              <w:t>Name:                                Email:</w:t>
            </w:r>
          </w:p>
        </w:tc>
      </w:tr>
      <w:tr w:rsidR="005400D4" w14:paraId="2C54ED25" w14:textId="77777777">
        <w:trPr>
          <w:cantSplit/>
          <w:trHeight w:val="44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99EE0F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Phone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14E8519" w14:textId="77777777" w:rsidR="005400D4" w:rsidRDefault="005400D4">
            <w:pPr>
              <w:spacing w:after="0"/>
            </w:pPr>
          </w:p>
        </w:tc>
      </w:tr>
      <w:tr w:rsidR="005400D4" w14:paraId="75EBA5ED" w14:textId="77777777">
        <w:trPr>
          <w:cantSplit/>
          <w:trHeight w:val="57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11A6ED8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Billing Address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E1B3C77" w14:textId="77777777" w:rsidR="005400D4" w:rsidRDefault="005400D4">
            <w:pPr>
              <w:spacing w:after="0"/>
            </w:pPr>
          </w:p>
        </w:tc>
      </w:tr>
      <w:tr w:rsidR="005400D4" w14:paraId="308F30C6" w14:textId="77777777">
        <w:trPr>
          <w:cantSplit/>
          <w:trHeight w:val="57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C49694F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5"/>
              </w:rPr>
              <w:t>Additional PO / Billing Instructions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759F169" w14:textId="77777777" w:rsidR="005400D4" w:rsidRDefault="005400D4">
            <w:pPr>
              <w:spacing w:after="0"/>
            </w:pPr>
          </w:p>
        </w:tc>
      </w:tr>
      <w:tr w:rsidR="005400D4" w14:paraId="6BAB2C9D" w14:textId="77777777">
        <w:trPr>
          <w:cantSplit/>
          <w:trHeight w:val="432"/>
          <w:jc w:val="center"/>
        </w:trPr>
        <w:tc>
          <w:tcPr>
            <w:tcW w:w="10656" w:type="dxa"/>
            <w:gridSpan w:val="2"/>
            <w:tcBorders>
              <w:top w:val="single" w:sz="6" w:space="0" w:color="92D400"/>
              <w:left w:val="single" w:sz="6" w:space="0" w:color="92D400"/>
              <w:bottom w:val="single" w:sz="6" w:space="0" w:color="92D400"/>
              <w:right w:val="single" w:sz="6" w:space="0" w:color="92D400"/>
            </w:tcBorders>
            <w:shd w:val="clear" w:color="auto" w:fill="92D40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04ED76D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8"/>
              </w:rPr>
              <w:t>5. CUSTOMER CONFIRMATION / ADDITIONAL NOTES</w:t>
            </w:r>
          </w:p>
        </w:tc>
      </w:tr>
      <w:tr w:rsidR="005400D4" w14:paraId="1D5E1CB7" w14:textId="77777777">
        <w:trPr>
          <w:cantSplit/>
          <w:trHeight w:val="1037"/>
          <w:jc w:val="center"/>
        </w:trPr>
        <w:tc>
          <w:tcPr>
            <w:tcW w:w="10656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0DB6FD6" w14:textId="77777777" w:rsidR="005400D4" w:rsidRDefault="00F845CC">
            <w:pPr>
              <w:spacing w:after="0"/>
            </w:pPr>
            <w:r>
              <w:rPr>
                <w:color w:val="1B1B1B"/>
                <w:sz w:val="15"/>
              </w:rPr>
              <w:t>Please use this space for anything not captured above.</w:t>
            </w:r>
          </w:p>
        </w:tc>
      </w:tr>
      <w:tr w:rsidR="005400D4" w14:paraId="5EDFBA48" w14:textId="77777777">
        <w:trPr>
          <w:cantSplit/>
          <w:trHeight w:val="432"/>
          <w:jc w:val="center"/>
        </w:trPr>
        <w:tc>
          <w:tcPr>
            <w:tcW w:w="10656" w:type="dxa"/>
            <w:gridSpan w:val="2"/>
            <w:tcBorders>
              <w:top w:val="single" w:sz="6" w:space="0" w:color="92D400"/>
              <w:left w:val="single" w:sz="6" w:space="0" w:color="92D400"/>
              <w:bottom w:val="single" w:sz="6" w:space="0" w:color="92D400"/>
              <w:right w:val="single" w:sz="6" w:space="0" w:color="92D400"/>
            </w:tcBorders>
            <w:shd w:val="clear" w:color="auto" w:fill="92D40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E806642" w14:textId="77777777" w:rsidR="005400D4" w:rsidRDefault="00F845CC">
            <w:pPr>
              <w:spacing w:after="0"/>
            </w:pPr>
            <w:r>
              <w:rPr>
                <w:b/>
                <w:color w:val="1B1B1B"/>
                <w:sz w:val="18"/>
              </w:rPr>
              <w:t>BADLIME USE ONLY</w:t>
            </w:r>
          </w:p>
        </w:tc>
      </w:tr>
      <w:tr w:rsidR="005400D4" w14:paraId="4D492F3C" w14:textId="77777777">
        <w:trPr>
          <w:cantSplit/>
          <w:trHeight w:val="44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7FA40DC" w14:textId="77777777" w:rsidR="005400D4" w:rsidRDefault="00F845CC">
            <w:pPr>
              <w:spacing w:after="0"/>
            </w:pPr>
            <w:r>
              <w:rPr>
                <w:b/>
                <w:color w:val="FFFFFF"/>
                <w:sz w:val="15"/>
              </w:rPr>
              <w:t>Customer Type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697168E" w14:textId="77777777" w:rsidR="005400D4" w:rsidRDefault="005400D4">
            <w:pPr>
              <w:spacing w:after="0"/>
            </w:pPr>
          </w:p>
        </w:tc>
      </w:tr>
      <w:tr w:rsidR="005400D4" w14:paraId="33E51B84" w14:textId="77777777">
        <w:trPr>
          <w:cantSplit/>
          <w:trHeight w:val="44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BA5EEFC" w14:textId="77777777" w:rsidR="005400D4" w:rsidRDefault="00F845CC">
            <w:pPr>
              <w:spacing w:after="0"/>
            </w:pPr>
            <w:r>
              <w:rPr>
                <w:b/>
                <w:color w:val="FFFFFF"/>
                <w:sz w:val="15"/>
              </w:rPr>
              <w:t>Sales / PM / Order Support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7CDF962" w14:textId="77777777" w:rsidR="005400D4" w:rsidRDefault="005400D4">
            <w:pPr>
              <w:spacing w:after="0"/>
            </w:pPr>
          </w:p>
        </w:tc>
      </w:tr>
      <w:tr w:rsidR="005400D4" w14:paraId="31817486" w14:textId="77777777">
        <w:trPr>
          <w:cantSplit/>
          <w:trHeight w:val="576"/>
          <w:jc w:val="center"/>
        </w:trPr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B1B1B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75D549E" w14:textId="77777777" w:rsidR="005400D4" w:rsidRDefault="00F845CC">
            <w:pPr>
              <w:spacing w:after="0"/>
            </w:pPr>
            <w:r>
              <w:rPr>
                <w:b/>
                <w:color w:val="FFFFFF"/>
                <w:sz w:val="15"/>
              </w:rPr>
              <w:t>Additional Opportunity Information</w:t>
            </w:r>
          </w:p>
        </w:tc>
        <w:tc>
          <w:tcPr>
            <w:tcW w:w="53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2841E0B" w14:textId="77777777" w:rsidR="005400D4" w:rsidRDefault="005400D4">
            <w:pPr>
              <w:spacing w:after="0"/>
            </w:pPr>
          </w:p>
        </w:tc>
      </w:tr>
    </w:tbl>
    <w:p w14:paraId="4E5FFB11" w14:textId="77777777" w:rsidR="005400D4" w:rsidRDefault="00F845CC">
      <w:pPr>
        <w:spacing w:before="80" w:after="0"/>
        <w:jc w:val="center"/>
      </w:pPr>
      <w:r>
        <w:rPr>
          <w:color w:val="666666"/>
          <w:sz w:val="13"/>
        </w:rPr>
        <w:t>Badlime Promo &amp; Apparel | Apparel Order Missing Information Form | Rev 1</w:t>
      </w:r>
    </w:p>
    <w:sectPr w:rsidR="005400D4" w:rsidSect="00034616">
      <w:pgSz w:w="12240" w:h="158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8015868">
    <w:abstractNumId w:val="8"/>
  </w:num>
  <w:num w:numId="2" w16cid:durableId="665280629">
    <w:abstractNumId w:val="6"/>
  </w:num>
  <w:num w:numId="3" w16cid:durableId="2020423438">
    <w:abstractNumId w:val="5"/>
  </w:num>
  <w:num w:numId="4" w16cid:durableId="1092551108">
    <w:abstractNumId w:val="4"/>
  </w:num>
  <w:num w:numId="5" w16cid:durableId="486826504">
    <w:abstractNumId w:val="7"/>
  </w:num>
  <w:num w:numId="6" w16cid:durableId="445081806">
    <w:abstractNumId w:val="3"/>
  </w:num>
  <w:num w:numId="7" w16cid:durableId="1560942195">
    <w:abstractNumId w:val="2"/>
  </w:num>
  <w:num w:numId="8" w16cid:durableId="1861162260">
    <w:abstractNumId w:val="1"/>
  </w:num>
  <w:num w:numId="9" w16cid:durableId="188201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0D3F"/>
    <w:rsid w:val="0029639D"/>
    <w:rsid w:val="00326F90"/>
    <w:rsid w:val="005400D4"/>
    <w:rsid w:val="00797B70"/>
    <w:rsid w:val="00805B7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FAF6E5"/>
  <w14:defaultImageDpi w14:val="300"/>
  <w15:docId w15:val="{02C942F7-3A8C-4C91-BA7C-96ECE4CA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Eric Kahle</cp:lastModifiedBy>
  <cp:revision>3</cp:revision>
  <dcterms:created xsi:type="dcterms:W3CDTF">2026-10-01T15:22:00Z</dcterms:created>
  <dcterms:modified xsi:type="dcterms:W3CDTF">2026-10-01T16:07:00Z</dcterms:modified>
  <cp:category/>
</cp:coreProperties>
</file>